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KARTA ZGŁOSZENIA ZGONU – DPS / HOSPICJUM / SZPITAL</w:t>
      </w:r>
    </w:p>
    <w:p>
      <w:r>
        <w:t>Numer zgłoszenia: ......................................................</w:t>
      </w:r>
    </w:p>
    <w:p>
      <w:r>
        <w:t>Data zgłoszenia: .........................................................</w:t>
      </w:r>
    </w:p>
    <w:p>
      <w:r>
        <w:t>Godzina zgłoszenia: ....................................................</w:t>
      </w:r>
    </w:p>
    <w:p>
      <w:r>
        <w:br/>
        <w:t>DANE PLACÓWKI</w:t>
      </w:r>
    </w:p>
    <w:p>
      <w:r>
        <w:t>Nazwa placówki: ........................................................</w:t>
      </w:r>
    </w:p>
    <w:p>
      <w:r>
        <w:t>Adres: ........................................................................</w:t>
      </w:r>
    </w:p>
    <w:p>
      <w:r>
        <w:t>Osoba zgłaszająca: ....................................................</w:t>
      </w:r>
    </w:p>
    <w:p>
      <w:r>
        <w:t>Telefon kontaktowy: ....................................................</w:t>
      </w:r>
    </w:p>
    <w:p>
      <w:r>
        <w:br/>
        <w:t>DANE OSOBY ZMARŁEJ</w:t>
      </w:r>
    </w:p>
    <w:p>
      <w:r>
        <w:t>Imię i nazwisko: ........................................................</w:t>
      </w:r>
    </w:p>
    <w:p>
      <w:r>
        <w:t>PESEL: ......................................................................</w:t>
      </w:r>
    </w:p>
    <w:p>
      <w:r>
        <w:t>Data urodzenia: ........................................................</w:t>
      </w:r>
    </w:p>
    <w:p>
      <w:r>
        <w:t>Data i godzina zgonu: ...............................................</w:t>
      </w:r>
    </w:p>
    <w:p>
      <w:r>
        <w:t>Miejsce zgonu: ..........................................................</w:t>
      </w:r>
    </w:p>
    <w:p>
      <w:r>
        <w:br/>
        <w:t>DOKUMENTY</w:t>
      </w:r>
    </w:p>
    <w:p>
      <w:r>
        <w:t>□ Karta zgonu przygotowana</w:t>
      </w:r>
    </w:p>
    <w:p>
      <w:r>
        <w:t>□ Dokument tożsamości dostępny</w:t>
      </w:r>
    </w:p>
    <w:p>
      <w:r>
        <w:t>□ Inne dokumenty .......................................................</w:t>
      </w:r>
    </w:p>
    <w:p>
      <w:r>
        <w:br/>
        <w:t>INFORMACJE O RODZINIE</w:t>
      </w:r>
    </w:p>
    <w:p>
      <w:r>
        <w:t>□ Rodzina została poinformowana</w:t>
      </w:r>
    </w:p>
    <w:p>
      <w:r>
        <w:t>□ Brak możliwości ustalenia rodziny</w:t>
      </w:r>
    </w:p>
    <w:p>
      <w:r>
        <w:t>□ Rodzina odmówiła organizacji pochówku</w:t>
      </w:r>
    </w:p>
    <w:p>
      <w:r>
        <w:t>Uwagi: .......................................................................</w:t>
      </w:r>
    </w:p>
    <w:p>
      <w:r>
        <w:br/>
        <w:t>ZAKRES ZLECENIA</w:t>
      </w:r>
    </w:p>
    <w:p>
      <w:r>
        <w:t>□ Odbiór osoby zmarłej</w:t>
      </w:r>
    </w:p>
    <w:p>
      <w:r>
        <w:t>□ Transport do chłodni</w:t>
      </w:r>
    </w:p>
    <w:p>
      <w:r>
        <w:t>□ Kontakt z rodziną</w:t>
      </w:r>
    </w:p>
    <w:p>
      <w:r>
        <w:t>□ Kontakt z gminą / MOPS / GOPS</w:t>
      </w:r>
    </w:p>
    <w:p>
      <w:r>
        <w:t>□ Inne .........................................................................</w:t>
      </w:r>
    </w:p>
    <w:p>
      <w:r>
        <w:br/>
        <w:t>PODPISY</w:t>
      </w:r>
    </w:p>
    <w:p>
      <w:r>
        <w:t>Osoba zgłaszająca: ....................................................</w:t>
      </w:r>
    </w:p>
    <w:p>
      <w:r>
        <w:t>Przedstawiciel DIGITAS: 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