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OŚWIADCZENIE DLA DOMU POMOCY SPOŁECZNEJ (DPS)</w:t>
      </w:r>
    </w:p>
    <w:p>
      <w:r>
        <w:t>Miejscowość, data: ........................................</w:t>
        <w:br/>
      </w:r>
    </w:p>
    <w:p>
      <w:r>
        <w:t>Nazwa DPS: ........................................................................</w:t>
      </w:r>
    </w:p>
    <w:p>
      <w:r>
        <w:t>Adres DPS: ..........................................................................</w:t>
      </w:r>
    </w:p>
    <w:p>
      <w:r>
        <w:br/>
        <w:t>Dotyczy osoby zmarłej:</w:t>
      </w:r>
    </w:p>
    <w:p>
      <w:r>
        <w:t>Imię i nazwisko: ...............................................................</w:t>
      </w:r>
    </w:p>
    <w:p>
      <w:r>
        <w:t>PESEL: ..............................................................................</w:t>
      </w:r>
    </w:p>
    <w:p>
      <w:r>
        <w:t>Data zgonu: ......................................................................</w:t>
      </w:r>
    </w:p>
    <w:p>
      <w:r>
        <w:br/>
        <w:t>Oświadczam, że na dzień sporządzenia niniejszego dokumentu Dom Pomocy Społecznej posiada / nie posiada informacji o osobach uprawnionych do organizacji pochówku osoby zmarłej.</w:t>
      </w:r>
    </w:p>
    <w:p>
      <w:r>
        <w:t>Jednocześnie potwierdzam, że podjęto próbę kontaktu z rodziną lub osobami bliskimi oraz przekazano informacje dotyczące zgonu zgodnie z obowiązującymi procedurami.</w:t>
      </w:r>
    </w:p>
    <w:p>
      <w:r>
        <w:br/>
        <w:t>W przypadku braku możliwości ustalenia osób zobowiązanych do organizacji pochówku, sprawa zostanie przekazana do właściwej gminy, MOPS lub GOPS.</w:t>
      </w:r>
    </w:p>
    <w:p>
      <w:r>
        <w:br/>
        <w:t>Uwagi:</w:t>
      </w:r>
    </w:p>
    <w:p>
      <w:r>
        <w:t>................................................................................</w:t>
      </w:r>
    </w:p>
    <w:p>
      <w:r>
        <w:t>................................................................................</w:t>
      </w:r>
    </w:p>
    <w:p>
      <w:r>
        <w:br/>
        <w:t>Podpis i pieczęć osoby upoważnionej:</w:t>
      </w:r>
    </w:p>
    <w:p>
      <w:r>
        <w:br/>
        <w:t>...............................................................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