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PROTOKÓŁ PRZEKAZANIA OSOBY ZMARŁEJ</w:t>
      </w:r>
    </w:p>
    <w:p>
      <w:r>
        <w:t>Miejscowość: ....................................     Data: ....................................</w:t>
      </w:r>
    </w:p>
    <w:p>
      <w:r>
        <w:t>Godzina przekazania: ..............................................................</w:t>
      </w:r>
    </w:p>
    <w:p>
      <w:r>
        <w:br/>
        <w:t>DANE OSOBY ZMARŁEJ</w:t>
      </w:r>
    </w:p>
    <w:p>
      <w:r>
        <w:t>Imię i nazwisko: ......................................................................</w:t>
      </w:r>
    </w:p>
    <w:p>
      <w:r>
        <w:t>PESEL: ....................................................................................</w:t>
      </w:r>
    </w:p>
    <w:p>
      <w:r>
        <w:t>Data zgonu: .............................................................................</w:t>
      </w:r>
    </w:p>
    <w:p>
      <w:r>
        <w:t>Miejsce zgonu: .........................................................................</w:t>
      </w:r>
    </w:p>
    <w:p>
      <w:r>
        <w:br/>
        <w:t>PODMIOT PRZEKAZUJĄCY</w:t>
      </w:r>
    </w:p>
    <w:p>
      <w:r>
        <w:t>Nazwa placówki / instytucji: .................................................</w:t>
      </w:r>
    </w:p>
    <w:p>
      <w:r>
        <w:t>Adres: ....................................................................................</w:t>
      </w:r>
    </w:p>
    <w:p>
      <w:r>
        <w:t>Osoba przekazująca: ................................................................</w:t>
      </w:r>
    </w:p>
    <w:p>
      <w:r>
        <w:br/>
        <w:t>PODMIOT PRZEJMUJĄCY</w:t>
      </w:r>
    </w:p>
    <w:p>
      <w:r>
        <w:t>Zakład pogrzebowy: DIGITAS Usługi Pogrzebowe</w:t>
      </w:r>
    </w:p>
    <w:p>
      <w:r>
        <w:t>Osoba odbierająca: ................................................................</w:t>
      </w:r>
    </w:p>
    <w:p>
      <w:r>
        <w:br/>
        <w:t>DOKUMENTY PRZEKAZANE WRAZ Z OSOBĄ ZMARŁĄ</w:t>
      </w:r>
    </w:p>
    <w:p>
      <w:r>
        <w:t>□ Karta zgonu</w:t>
      </w:r>
    </w:p>
    <w:p>
      <w:r>
        <w:t>□ Dokument tożsamości</w:t>
      </w:r>
    </w:p>
    <w:p>
      <w:r>
        <w:t>□ Inne dokumenty: ...............................................................</w:t>
      </w:r>
    </w:p>
    <w:p>
      <w:r>
        <w:br/>
        <w:t>UWAGI</w:t>
      </w:r>
    </w:p>
    <w:p>
      <w:r>
        <w:t>..............................................................................................</w:t>
      </w:r>
    </w:p>
    <w:p>
      <w:r>
        <w:t>..............................................................................................</w:t>
      </w:r>
    </w:p>
    <w:p>
      <w:r>
        <w:br/>
        <w:t>PODPISY</w:t>
      </w:r>
    </w:p>
    <w:p>
      <w:r>
        <w:t>Osoba przekazująca: ........................................................</w:t>
      </w:r>
    </w:p>
    <w:p>
      <w:r>
        <w:t>Osoba przejmująca: 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