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WNIOSEK O POCHÓWEK NA KOSZT GMINY</w:t>
      </w:r>
    </w:p>
    <w:p>
      <w:r>
        <w:t>Miejscowość, data: ........................................</w:t>
        <w:br/>
      </w:r>
    </w:p>
    <w:p>
      <w:r>
        <w:t>Adresat:</w:t>
      </w:r>
    </w:p>
    <w:p>
      <w:r>
        <w:t>Urząd Gminy / Miasta ....................................................</w:t>
      </w:r>
    </w:p>
    <w:p>
      <w:r>
        <w:t>MOPS / GOPS .................................................................</w:t>
      </w:r>
    </w:p>
    <w:p>
      <w:r>
        <w:br/>
        <w:t>Dane osoby składającej wniosek:</w:t>
      </w:r>
    </w:p>
    <w:p>
      <w:r>
        <w:t>Imię i nazwisko: ...............................................................</w:t>
      </w:r>
    </w:p>
    <w:p>
      <w:r>
        <w:t>Stanowisko / instytucja: ................................................</w:t>
      </w:r>
    </w:p>
    <w:p>
      <w:r>
        <w:t>Telefon kontaktowy: .......................................................</w:t>
      </w:r>
    </w:p>
    <w:p>
      <w:r>
        <w:br/>
        <w:t>Dane osoby zmarłej:</w:t>
      </w:r>
    </w:p>
    <w:p>
      <w:r>
        <w:t>Imię i nazwisko: ...............................................................</w:t>
      </w:r>
    </w:p>
    <w:p>
      <w:r>
        <w:t>PESEL: ..............................................................................</w:t>
      </w:r>
    </w:p>
    <w:p>
      <w:r>
        <w:t>Data i miejsce zgonu: ....................................................</w:t>
      </w:r>
    </w:p>
    <w:p>
      <w:r>
        <w:br/>
        <w:t>Zwracam się z wnioskiem o organizację pochówku na koszt gminy dla wyżej wskazanej osoby zmarłej, wobec braku osób zobowiązanych lub możliwości pokrycia kosztów pogrzebu przez rodzinę.</w:t>
      </w:r>
    </w:p>
    <w:p>
      <w:r>
        <w:br/>
        <w:t>Uzasadnienie:</w:t>
      </w:r>
    </w:p>
    <w:p>
      <w:r>
        <w:t>................................................................................</w:t>
      </w:r>
    </w:p>
    <w:p>
      <w:r>
        <w:t>................................................................................</w:t>
      </w:r>
    </w:p>
    <w:p>
      <w:r>
        <w:t>................................................................................</w:t>
      </w:r>
    </w:p>
    <w:p>
      <w:r>
        <w:br/>
        <w:t>Załączniki:</w:t>
      </w:r>
    </w:p>
    <w:p>
      <w:r>
        <w:t>□ Karta zgonu</w:t>
      </w:r>
    </w:p>
    <w:p>
      <w:r>
        <w:t>□ Dokument potwierdzający tożsamość</w:t>
      </w:r>
    </w:p>
    <w:p>
      <w:r>
        <w:t>□ Informacja o braku rodziny lub odmowie organizacji pochówku</w:t>
      </w:r>
    </w:p>
    <w:p>
      <w:r>
        <w:t>□ Inne dokumenty ........................................................</w:t>
      </w:r>
    </w:p>
    <w:p>
      <w:r>
        <w:br/>
        <w:t>Podpis osoby składającej wniosek:</w:t>
      </w:r>
    </w:p>
    <w:p>
      <w:r>
        <w:br/>
        <w:t>...............................................................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