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WZÓR UPOWAŻNIENIA DO ZUS / KRUS</w:t>
      </w:r>
    </w:p>
    <w:p>
      <w:r>
        <w:t>Miejscowość, data: ........................................</w:t>
        <w:br/>
      </w:r>
    </w:p>
    <w:p>
      <w:r>
        <w:t>Ja, niżej podpisany/a:</w:t>
      </w:r>
    </w:p>
    <w:p>
      <w:r>
        <w:t>Imię i nazwisko: ...............................................................</w:t>
      </w:r>
    </w:p>
    <w:p>
      <w:r>
        <w:t>Adres zamieszkania: ........................................................</w:t>
      </w:r>
    </w:p>
    <w:p>
      <w:r>
        <w:t>PESEL: ..............................................................................</w:t>
      </w:r>
    </w:p>
    <w:p>
      <w:r>
        <w:br/>
        <w:t>upoważniam:</w:t>
      </w:r>
    </w:p>
    <w:p>
      <w:r>
        <w:t>DIGITAS Usługi Pogrzebowe</w:t>
      </w:r>
    </w:p>
    <w:p>
      <w:r>
        <w:t>.......................................................................................</w:t>
      </w:r>
    </w:p>
    <w:p>
      <w:r>
        <w:t>(adres firmy)</w:t>
      </w:r>
    </w:p>
    <w:p>
      <w:r>
        <w:t>do reprezentowania mnie w zakresie czynności związanych z uzyskaniem, rozliczeniem oraz odbiorem dokumentów dotyczących zasiłku pogrzebowego w ZUS lub KRUS dotyczących osoby zmarłej.</w:t>
      </w:r>
    </w:p>
    <w:p>
      <w:r>
        <w:t>Imię i nazwisko zmarłego: .................................................</w:t>
      </w:r>
    </w:p>
    <w:p>
      <w:r>
        <w:t>PESEL: ..............................................................................</w:t>
      </w:r>
    </w:p>
    <w:p>
      <w:r>
        <w:t>Data zgonu: ......................................................................</w:t>
      </w:r>
    </w:p>
    <w:p>
      <w:r>
        <w:t>Upoważnienie obejmuje składanie i odbiór dokumentów, uzyskiwanie informacji oraz czynności związane z rozliczeniem zasiłku pogrzebowego.</w:t>
      </w:r>
    </w:p>
    <w:p>
      <w:r>
        <w:br/>
        <w:t>Podpis osoby udzielającej upoważnienia:</w:t>
        <w:br/>
      </w:r>
    </w:p>
    <w:p>
      <w:r>
        <w:t>...............................................................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