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ZGŁOSZENIE TRANSPORTU OSOBY ZMARŁEJ</w:t>
      </w:r>
    </w:p>
    <w:p>
      <w:r>
        <w:t>Data zgłoszenia: ........................................................</w:t>
      </w:r>
    </w:p>
    <w:p>
      <w:r>
        <w:t>Godzina zgłoszenia: ....................................................</w:t>
      </w:r>
    </w:p>
    <w:p>
      <w:r>
        <w:br/>
        <w:t>DANE OSOBY ZGŁASZAJĄCEJ</w:t>
      </w:r>
    </w:p>
    <w:p>
      <w:r>
        <w:t>Imię i nazwisko: ........................................................</w:t>
      </w:r>
    </w:p>
    <w:p>
      <w:r>
        <w:t>Telefon kontaktowy: ....................................................</w:t>
      </w:r>
    </w:p>
    <w:p>
      <w:r>
        <w:t>Instytucja (jeśli dotyczy): ..........................................</w:t>
      </w:r>
    </w:p>
    <w:p>
      <w:r>
        <w:br/>
        <w:t>DANE OSOBY ZMARŁEJ</w:t>
      </w:r>
    </w:p>
    <w:p>
      <w:r>
        <w:t>Imię i nazwisko: ........................................................</w:t>
      </w:r>
    </w:p>
    <w:p>
      <w:r>
        <w:t>PESEL: ......................................................................</w:t>
      </w:r>
    </w:p>
    <w:p>
      <w:r>
        <w:t>Data zgonu: ...............................................................</w:t>
      </w:r>
    </w:p>
    <w:p>
      <w:r>
        <w:br/>
        <w:t>MIEJSCE ODBIORU</w:t>
      </w:r>
    </w:p>
    <w:p>
      <w:r>
        <w:t>Nazwa placówki / adres: .............................................</w:t>
      </w:r>
    </w:p>
    <w:p>
      <w:r>
        <w:t>Osoba kontaktowa na miejscu: ....................................</w:t>
      </w:r>
    </w:p>
    <w:p>
      <w:r>
        <w:t>Telefon kontaktowy: ....................................................</w:t>
      </w:r>
    </w:p>
    <w:p>
      <w:r>
        <w:br/>
        <w:t>MIEJSCE DOCELOWE TRANSPORTU</w:t>
      </w:r>
    </w:p>
    <w:p>
      <w:r>
        <w:t>□ Chłodnia</w:t>
      </w:r>
    </w:p>
    <w:p>
      <w:r>
        <w:t>□ Dom pogrzebowy</w:t>
      </w:r>
    </w:p>
    <w:p>
      <w:r>
        <w:t>□ Krematorium</w:t>
      </w:r>
    </w:p>
    <w:p>
      <w:r>
        <w:t>□ Inne: ......................................................................</w:t>
      </w:r>
    </w:p>
    <w:p>
      <w:r>
        <w:br/>
        <w:t>DOKUMENTY DOSTĘPNE PRZY ODBIORZE</w:t>
      </w:r>
    </w:p>
    <w:p>
      <w:r>
        <w:t>□ Karta zgonu</w:t>
      </w:r>
    </w:p>
    <w:p>
      <w:r>
        <w:t>□ Dokument tożsamości</w:t>
      </w:r>
    </w:p>
    <w:p>
      <w:r>
        <w:t>□ Inne dokumenty .......................................................</w:t>
      </w:r>
    </w:p>
    <w:p>
      <w:r>
        <w:br/>
        <w:t>UWAGI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br/>
        <w:t>Podpis osoby zgłaszającej:</w:t>
      </w:r>
    </w:p>
    <w:p>
      <w:r>
        <w:t>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